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ASSISTANT HEAD OF NURSING CARE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ASSISTANT HEAD OF NURSING CARE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M11800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