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DIGITAL HEALTH PROMOTION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DIGITAL HEALTH PROMOTION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M12100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