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PREVENCIÓN Y CONTROL DE INFECCIONES (IPC)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PREVENCIÓN Y CONTROL DE INFECCIONES (IPC)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