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DISPENSER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DISPENSER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