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YSIOTHERAP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YSIOTHERAP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