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PHYSIOTHERAPEUTE/ KINESITHERAPEUTE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PHYSIOTHERAPEUTE/ KINESITHERAPEUTE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