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REGISTER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REGISTER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