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LTH PROMOTION AND COMMUNITY ENGAGEMEN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LTH PROMOTION AND COMMUNITY ENGAGEMEN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