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ENFERMERO DE QUIRÓFANO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ENFERMERO DE QUIRÓFANO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