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DATA SPECIALIST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DATA SPECIALIST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M13100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