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REFERRAL FOCAL PERSON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REFERRAL FOCAL PERSON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M13200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