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LABORATORY TECHNICIAN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LABORATORY TECHNICIAN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