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LABORATORY TECHNICIA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LABORATORY TECHNICIA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