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OCIAL WORK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OCIAL WORK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