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TRITION NURS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TRITION NURS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