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FERMERO/A DE NUTRI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FERMERO/A DE NUTRI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