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MENTAL HEALTH WORKER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MENTAL HEALTH WORKER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