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MEDICAL DATA ENTRY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MEDICAL DATA ENTRY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