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ARMACY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ARMACY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