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ABORATORY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ABORATORY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