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TÉCNICO DE LABORATORIO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TÉCNICO DE LABORATORIO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M14200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