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SOCIAL WORKER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SOCIAL WORKER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M14400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