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TRAVAILLEUR/SE SOCIAL/E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TRAVAILLEUR/SE SOCIAL/E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M14400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