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B DOTS MONITORING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 DOTS MONITORING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