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PEER GROUP OFFICER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PEER GROUP OFFICER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M14800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