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HEALTH PROMOTION AND COMMUNITY ENGAGEMENT OFFICER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HEALTH PROMOTION AND COMMUNITY ENGAGEMENT OFFICER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M15100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10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