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NUTRITIONAL ASSISTANTS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NUTRITIONAL ASSISTANTS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M15200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