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JEFE DE TECNICOS DE ESTERILIZACIÓN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JEFE DE TECNICOS DE ESTERILIZACIÓN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M15300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