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AUXILIAR DE ENFERMERIÁ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AUXILIAR DE ENFERMERIÁ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