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AIDE SOIGNANT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AIDE SOIGNANT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