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COMADRO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COMADRO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