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VACCINATION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VACCINATION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