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NURSING CARE PROVIDER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NURSING CARE PROVIDER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