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IDWIFE WORK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IDWIFE WORK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