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ADY HEALTH VISI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ADY HEALTH VISI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