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TECHNICIAN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TECHNICIAN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