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XRAY TECHNICIAN ASSISTANT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XRAY TECHNICIAN ASSISTANT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M16500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