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NUTRITION ASSISTANT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NUTRITION ASSISTANT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M16900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9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