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AUXILIAR DE NUTRICIÓN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AUXILIAR DE NUTRICIÓN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M16900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