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NUTRITI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NUTRITI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