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STERILIZATION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STERILIZATION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