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TECNICO/A DE ESTERILIZACIÓN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TECNICO/A DE ESTERILIZACIÓN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