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AGENT DE STÉRILISATION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AGENT DE STÉRILISATION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M17000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