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HEAD COOK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HEAD COOK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