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CUISINIER 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CUISINIER 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