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INTERPRETER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INTERPRETER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