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LABORATORY WORKER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LABORATORY WORKER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