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EMPLOYÉ DE LABORATOIRE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EMPLOYÉ DE LABORATOIRE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M17300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