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POINT OF CARE REGISTRATION CLERK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POINT OF CARE REGISTRATION CLERK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M17400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