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CHEF DES ENREGISTREURS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CHEF DES ENREGISTREURS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M17500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9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